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D5EB" w14:textId="58CE4349" w:rsidR="00676BA3" w:rsidRPr="00D63383" w:rsidRDefault="00676BA3">
      <w:pPr>
        <w:spacing w:after="200"/>
        <w:jc w:val="center"/>
        <w:rPr>
          <w:rFonts w:ascii="Calibri Light" w:hAnsi="Calibri Light" w:cs="Calibri Light"/>
          <w:sz w:val="22"/>
        </w:rPr>
      </w:pPr>
    </w:p>
    <w:p w14:paraId="433B8817" w14:textId="77777777" w:rsidR="00676BA3" w:rsidRPr="00D63383" w:rsidRDefault="00000000">
      <w:pPr>
        <w:jc w:val="right"/>
        <w:rPr>
          <w:rFonts w:ascii="Calibri Light" w:hAnsi="Calibri Light" w:cs="Calibri Light"/>
          <w:sz w:val="18"/>
          <w:szCs w:val="18"/>
          <w:lang w:val="pl-PL"/>
        </w:rPr>
      </w:pPr>
      <w:r w:rsidRPr="00D63383">
        <w:rPr>
          <w:rFonts w:ascii="Calibri Light" w:hAnsi="Calibri Light" w:cs="Calibri Light"/>
          <w:i/>
          <w:sz w:val="18"/>
          <w:szCs w:val="18"/>
          <w:lang w:val="pl-PL"/>
        </w:rPr>
        <w:t>Załącznik nr 1 do Regulaminu konkursu</w:t>
      </w:r>
      <w:r w:rsidRPr="00D63383">
        <w:rPr>
          <w:rFonts w:ascii="Calibri Light" w:hAnsi="Calibri Light" w:cs="Calibri Light"/>
          <w:i/>
          <w:sz w:val="18"/>
          <w:szCs w:val="18"/>
          <w:lang w:val="pl-PL"/>
        </w:rPr>
        <w:br/>
        <w:t>„MiniGranty LGD RAZEM na inicjatywy dla młodzieży”</w:t>
      </w:r>
    </w:p>
    <w:p w14:paraId="5DE0AD86" w14:textId="77777777" w:rsidR="00676BA3" w:rsidRPr="0050777C" w:rsidRDefault="00000000">
      <w:pPr>
        <w:spacing w:before="200" w:after="80"/>
        <w:jc w:val="center"/>
        <w:rPr>
          <w:rFonts w:ascii="Calibri Light" w:hAnsi="Calibri Light" w:cs="Calibri Light"/>
          <w:sz w:val="32"/>
          <w:szCs w:val="32"/>
          <w:lang w:val="pl-PL"/>
        </w:rPr>
      </w:pPr>
      <w:r w:rsidRPr="0050777C">
        <w:rPr>
          <w:rFonts w:ascii="Calibri Light" w:hAnsi="Calibri Light" w:cs="Calibri Light"/>
          <w:b/>
          <w:sz w:val="32"/>
          <w:szCs w:val="32"/>
          <w:lang w:val="pl-PL"/>
        </w:rPr>
        <w:t>FORMULARZ ZGŁOSZENIOWY</w:t>
      </w:r>
    </w:p>
    <w:p w14:paraId="0F6DDF59" w14:textId="77777777" w:rsidR="00676BA3" w:rsidRPr="00D63383" w:rsidRDefault="00000000">
      <w:pPr>
        <w:spacing w:after="240"/>
        <w:jc w:val="center"/>
        <w:rPr>
          <w:rFonts w:ascii="Calibri Light" w:hAnsi="Calibri Light" w:cs="Calibri Light"/>
          <w:sz w:val="28"/>
          <w:szCs w:val="28"/>
          <w:lang w:val="pl-PL"/>
        </w:rPr>
      </w:pPr>
      <w:r w:rsidRPr="00D63383">
        <w:rPr>
          <w:rFonts w:ascii="Calibri Light" w:hAnsi="Calibri Light" w:cs="Calibri Light"/>
          <w:sz w:val="28"/>
          <w:szCs w:val="28"/>
          <w:lang w:val="pl-PL"/>
        </w:rPr>
        <w:t>do konkursu „MiniGranty LGD RAZEM na inicjatywy dla młodzieży”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968"/>
      </w:tblGrid>
      <w:tr w:rsidR="00676BA3" w:rsidRPr="00AF66E9" w14:paraId="7005EE87" w14:textId="77777777">
        <w:trPr>
          <w:jc w:val="center"/>
        </w:trPr>
        <w:tc>
          <w:tcPr>
            <w:tcW w:w="9978" w:type="dxa"/>
            <w:shd w:val="clear" w:color="auto" w:fill="EFEFE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1E21DE" w14:textId="7FF10EFF" w:rsidR="00676BA3" w:rsidRPr="00D63383" w:rsidRDefault="00000000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iCs/>
                <w:szCs w:val="20"/>
                <w:lang w:val="pl-PL"/>
              </w:rPr>
              <w:t xml:space="preserve">Należy wypełnić część A albo B </w:t>
            </w:r>
            <w:r w:rsidR="0050777C">
              <w:rPr>
                <w:rFonts w:ascii="Calibri Light" w:hAnsi="Calibri Light" w:cs="Calibri Light"/>
                <w:i/>
                <w:iCs/>
                <w:szCs w:val="20"/>
                <w:lang w:val="pl-PL"/>
              </w:rPr>
              <w:t>-</w:t>
            </w:r>
            <w:r w:rsidRPr="00D63383">
              <w:rPr>
                <w:rFonts w:ascii="Calibri Light" w:hAnsi="Calibri Light" w:cs="Calibri Light"/>
                <w:i/>
                <w:iCs/>
                <w:szCs w:val="20"/>
                <w:lang w:val="pl-PL"/>
              </w:rPr>
              <w:t xml:space="preserve"> odpowiednio do rodzaju wnioskodawcy. Wszystkie pola formularza dotyczące inicjatywy należy wypełnić. Jeżeli dane pole nie dotyczy </w:t>
            </w:r>
            <w:r w:rsidR="0050777C">
              <w:rPr>
                <w:rFonts w:ascii="Calibri Light" w:hAnsi="Calibri Light" w:cs="Calibri Light"/>
                <w:i/>
                <w:iCs/>
                <w:szCs w:val="20"/>
                <w:lang w:val="pl-PL"/>
              </w:rPr>
              <w:t>-</w:t>
            </w:r>
            <w:r w:rsidRPr="00D63383">
              <w:rPr>
                <w:rFonts w:ascii="Calibri Light" w:hAnsi="Calibri Light" w:cs="Calibri Light"/>
                <w:i/>
                <w:iCs/>
                <w:szCs w:val="20"/>
                <w:lang w:val="pl-PL"/>
              </w:rPr>
              <w:t xml:space="preserve"> należy wpisać „nie dotyczy”.</w:t>
            </w:r>
          </w:p>
        </w:tc>
      </w:tr>
    </w:tbl>
    <w:p w14:paraId="7537ED32" w14:textId="77777777" w:rsidR="00D63383" w:rsidRPr="00D63383" w:rsidRDefault="00D63383" w:rsidP="00D63383">
      <w:pPr>
        <w:rPr>
          <w:rFonts w:ascii="Calibri Light" w:hAnsi="Calibri Light" w:cs="Calibri Light"/>
          <w:sz w:val="22"/>
          <w:lang w:val="pl-PL"/>
        </w:rPr>
      </w:pPr>
    </w:p>
    <w:p w14:paraId="4B263CC5" w14:textId="33E1B70B" w:rsidR="00676BA3" w:rsidRPr="007D1E3E" w:rsidRDefault="00000000" w:rsidP="00D63383">
      <w:pPr>
        <w:rPr>
          <w:rFonts w:ascii="Calibri Light" w:hAnsi="Calibri Light" w:cs="Calibri Light"/>
          <w:sz w:val="24"/>
          <w:szCs w:val="24"/>
          <w:lang w:val="pl-PL"/>
        </w:rPr>
      </w:pPr>
      <w:r w:rsidRPr="007D1E3E">
        <w:rPr>
          <w:rFonts w:ascii="Calibri Light" w:hAnsi="Calibri Light" w:cs="Calibri Light"/>
          <w:b/>
          <w:sz w:val="24"/>
          <w:szCs w:val="24"/>
          <w:lang w:val="pl-PL"/>
        </w:rPr>
        <w:t>I. DANE WNIOSKODAWCY</w:t>
      </w:r>
    </w:p>
    <w:p w14:paraId="14F63320" w14:textId="77777777" w:rsidR="00676BA3" w:rsidRPr="00D63383" w:rsidRDefault="00000000">
      <w:pPr>
        <w:keepNext/>
        <w:spacing w:before="200" w:after="120"/>
        <w:rPr>
          <w:rFonts w:ascii="Calibri Light" w:hAnsi="Calibri Light" w:cs="Calibri Light"/>
          <w:sz w:val="22"/>
          <w:lang w:val="pl-PL"/>
        </w:rPr>
      </w:pPr>
      <w:r w:rsidRPr="00D63383">
        <w:rPr>
          <w:rFonts w:ascii="Calibri Light" w:hAnsi="Calibri Light" w:cs="Calibri Light"/>
          <w:b/>
          <w:sz w:val="22"/>
          <w:lang w:val="pl-PL"/>
        </w:rPr>
        <w:t>A. Grupa nieformalna</w:t>
      </w:r>
    </w:p>
    <w:p w14:paraId="44141922" w14:textId="77777777" w:rsidR="00676BA3" w:rsidRPr="00D63383" w:rsidRDefault="00000000">
      <w:pPr>
        <w:spacing w:after="120"/>
        <w:ind w:left="113"/>
        <w:rPr>
          <w:rFonts w:ascii="Calibri Light" w:hAnsi="Calibri Light" w:cs="Calibri Light"/>
          <w:szCs w:val="20"/>
          <w:lang w:val="pl-PL"/>
        </w:rPr>
      </w:pPr>
      <w:r w:rsidRPr="00D63383">
        <w:rPr>
          <w:rFonts w:ascii="Calibri Light" w:hAnsi="Calibri Light" w:cs="Calibri Light"/>
          <w:i/>
          <w:szCs w:val="20"/>
          <w:lang w:val="pl-PL"/>
        </w:rPr>
        <w:t>Wypełniają grupy nieformalne tworzone przez co najmniej trzy osoby fizyczne posiadające pełną zdolność do czynności prawnych. Co najmniej jeden z przedstawicieli grupy musi mieć miejsce zamieszkania na obszarze LGD RAZEM.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236"/>
      </w:tblGrid>
      <w:tr w:rsidR="00676BA3" w:rsidRPr="00D63383" w14:paraId="547B3D9C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2150445" w14:textId="77777777" w:rsidR="00676BA3" w:rsidRPr="0050777C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50777C">
              <w:rPr>
                <w:rFonts w:ascii="Calibri Light" w:hAnsi="Calibri Light" w:cs="Calibri Light"/>
                <w:b/>
                <w:sz w:val="22"/>
                <w:lang w:val="pl-PL"/>
              </w:rPr>
              <w:t>Nazwa grupy nieformalnej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519985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AF66E9" w14:paraId="6506C90F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6F76FA7" w14:textId="77777777" w:rsidR="00676BA3" w:rsidRPr="0050777C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50777C">
              <w:rPr>
                <w:rFonts w:ascii="Calibri Light" w:hAnsi="Calibri Light" w:cs="Calibri Light"/>
                <w:b/>
                <w:sz w:val="22"/>
                <w:lang w:val="pl-PL"/>
              </w:rPr>
              <w:t>Przedstawiciele grupy nieformalnej</w:t>
            </w:r>
          </w:p>
          <w:p w14:paraId="2D831550" w14:textId="77777777" w:rsidR="00676BA3" w:rsidRPr="0050777C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50777C">
              <w:rPr>
                <w:rFonts w:ascii="Calibri Light" w:hAnsi="Calibri Light" w:cs="Calibri Light"/>
                <w:i/>
                <w:sz w:val="22"/>
                <w:lang w:val="pl-PL"/>
              </w:rPr>
              <w:t>Należy wskazać 3 osoby: imię i nazwisko, miejsce zamieszkania, telefon, e-mail.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D56805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4E044602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14FE8B6D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0437A021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  <w:tr w:rsidR="00676BA3" w:rsidRPr="00AF66E9" w14:paraId="5EB2B3AE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5C31B2" w14:textId="77777777" w:rsidR="00676BA3" w:rsidRPr="0050777C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50777C">
              <w:rPr>
                <w:rFonts w:ascii="Calibri Light" w:hAnsi="Calibri Light" w:cs="Calibri Light"/>
                <w:b/>
                <w:sz w:val="22"/>
                <w:lang w:val="pl-PL"/>
              </w:rPr>
              <w:t>Osoba do kontaktu w sprawie inicjatywy</w:t>
            </w:r>
          </w:p>
          <w:p w14:paraId="7BEB4D0E" w14:textId="77777777" w:rsidR="00676BA3" w:rsidRPr="0050777C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50777C">
              <w:rPr>
                <w:rFonts w:ascii="Calibri Light" w:hAnsi="Calibri Light" w:cs="Calibri Light"/>
                <w:i/>
                <w:sz w:val="22"/>
                <w:lang w:val="pl-PL"/>
              </w:rPr>
              <w:t>Imię i nazwisko, telefon, e-mail.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F818A9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24D6C790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  <w:tr w:rsidR="00676BA3" w:rsidRPr="00AF66E9" w14:paraId="4E0F01C7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8A40849" w14:textId="77777777" w:rsidR="00676BA3" w:rsidRPr="0050777C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50777C">
              <w:rPr>
                <w:rFonts w:ascii="Calibri Light" w:hAnsi="Calibri Light" w:cs="Calibri Light"/>
                <w:b/>
                <w:sz w:val="22"/>
                <w:lang w:val="pl-PL"/>
              </w:rPr>
              <w:t>Krótka charakterystyka grupy</w:t>
            </w:r>
          </w:p>
          <w:p w14:paraId="17DE857B" w14:textId="6944A808" w:rsidR="00676BA3" w:rsidRPr="0050777C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50777C">
              <w:rPr>
                <w:rFonts w:ascii="Calibri Light" w:hAnsi="Calibri Light" w:cs="Calibri Light"/>
                <w:i/>
                <w:sz w:val="22"/>
                <w:lang w:val="pl-PL"/>
              </w:rPr>
              <w:t xml:space="preserve">Napisz krótko, czym zajmuje się grupa i jakie działania podejmowała dotychczas </w:t>
            </w:r>
            <w:r w:rsidR="007D1E3E" w:rsidRPr="0050777C">
              <w:rPr>
                <w:rFonts w:ascii="Calibri Light" w:hAnsi="Calibri Light" w:cs="Calibri Light"/>
                <w:i/>
                <w:sz w:val="22"/>
                <w:lang w:val="pl-PL"/>
              </w:rPr>
              <w:t>-</w:t>
            </w:r>
            <w:r w:rsidRPr="0050777C">
              <w:rPr>
                <w:rFonts w:ascii="Calibri Light" w:hAnsi="Calibri Light" w:cs="Calibri Light"/>
                <w:i/>
                <w:sz w:val="22"/>
                <w:lang w:val="pl-PL"/>
              </w:rPr>
              <w:t xml:space="preserve"> jeżeli dotyczy.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B3728F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553EBE9A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6322EDF0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</w:tbl>
    <w:p w14:paraId="30C41738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  <w:lang w:val="pl-PL"/>
        </w:rPr>
      </w:pPr>
    </w:p>
    <w:p w14:paraId="6DBB96B5" w14:textId="03AB64C6" w:rsidR="00676BA3" w:rsidRPr="00EE4313" w:rsidRDefault="00000000">
      <w:pPr>
        <w:keepNext/>
        <w:spacing w:before="200" w:after="120"/>
        <w:rPr>
          <w:rFonts w:ascii="Calibri Light" w:hAnsi="Calibri Light" w:cs="Calibri Light"/>
          <w:sz w:val="22"/>
          <w:lang w:val="pl-PL"/>
        </w:rPr>
      </w:pPr>
      <w:r w:rsidRPr="00EE4313">
        <w:rPr>
          <w:rFonts w:ascii="Calibri Light" w:hAnsi="Calibri Light" w:cs="Calibri Light"/>
          <w:b/>
          <w:sz w:val="22"/>
          <w:lang w:val="pl-PL"/>
        </w:rPr>
        <w:t xml:space="preserve">B. Organizacja pozarządowa </w:t>
      </w:r>
    </w:p>
    <w:p w14:paraId="50919603" w14:textId="77777777" w:rsidR="00676BA3" w:rsidRPr="00D63383" w:rsidRDefault="00000000">
      <w:pPr>
        <w:spacing w:after="120"/>
        <w:ind w:left="113"/>
        <w:rPr>
          <w:rFonts w:ascii="Calibri Light" w:hAnsi="Calibri Light" w:cs="Calibri Light"/>
          <w:sz w:val="22"/>
          <w:lang w:val="pl-PL"/>
        </w:rPr>
      </w:pPr>
      <w:r w:rsidRPr="00D63383">
        <w:rPr>
          <w:rFonts w:ascii="Calibri Light" w:hAnsi="Calibri Light" w:cs="Calibri Light"/>
          <w:i/>
          <w:sz w:val="22"/>
          <w:lang w:val="pl-PL"/>
        </w:rPr>
        <w:t>Wypełniają organizacje uprawnione zgodnie z Regulaminem, działające i mające siedzibę na obszarze LGD RAZEM.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236"/>
      </w:tblGrid>
      <w:tr w:rsidR="00676BA3" w:rsidRPr="00D63383" w14:paraId="6A08EDC8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C34DF75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 xml:space="preserve">Nazwa </w:t>
            </w:r>
            <w:proofErr w:type="spellStart"/>
            <w:r w:rsidRPr="00D63383">
              <w:rPr>
                <w:rFonts w:ascii="Calibri Light" w:hAnsi="Calibri Light" w:cs="Calibri Light"/>
                <w:b/>
                <w:sz w:val="22"/>
              </w:rPr>
              <w:t>podmiotu</w:t>
            </w:r>
            <w:proofErr w:type="spellEnd"/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6D7AB3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787A37C7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396F9CE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Forma prawna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FA401D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AF66E9" w14:paraId="0F64D115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3BAC3B0" w14:textId="72D59BF3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Numer KRS / numer wpisu do właściwej ewidencji</w:t>
            </w:r>
            <w:r w:rsidR="00AF66E9">
              <w:rPr>
                <w:rFonts w:ascii="Calibri Light" w:hAnsi="Calibri Light" w:cs="Calibri Light"/>
                <w:b/>
                <w:sz w:val="22"/>
                <w:lang w:val="pl-PL"/>
              </w:rPr>
              <w:t xml:space="preserve"> </w:t>
            </w:r>
            <w:r w:rsidR="00AF66E9" w:rsidRPr="00AF66E9">
              <w:rPr>
                <w:rFonts w:ascii="Calibri Light" w:hAnsi="Calibri Light" w:cs="Calibri Light"/>
                <w:bCs/>
                <w:sz w:val="22"/>
                <w:lang w:val="pl-PL"/>
              </w:rPr>
              <w:t>(jeśli dotyczy)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F1DAD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</w:tc>
      </w:tr>
      <w:tr w:rsidR="00676BA3" w:rsidRPr="00D63383" w14:paraId="58B6587C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B5D2D8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Adres siedziby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6757F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0D629E19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66D7499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Gmina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EEC79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5A96BD09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B57EB24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Adres e-mail / telefon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E4978D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19AE56CF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3DEE0AD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lastRenderedPageBreak/>
              <w:t>Osoba/osoby uprawnione do reprezentowania podmiotu</w:t>
            </w:r>
          </w:p>
          <w:p w14:paraId="785E47F4" w14:textId="77777777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</w:rPr>
            </w:pPr>
            <w:proofErr w:type="spellStart"/>
            <w:r w:rsidRPr="00D63383">
              <w:rPr>
                <w:rFonts w:ascii="Calibri Light" w:hAnsi="Calibri Light" w:cs="Calibri Light"/>
                <w:i/>
                <w:sz w:val="22"/>
              </w:rPr>
              <w:t>Imię</w:t>
            </w:r>
            <w:proofErr w:type="spellEnd"/>
            <w:r w:rsidRPr="00D63383">
              <w:rPr>
                <w:rFonts w:ascii="Calibri Light" w:hAnsi="Calibri Light" w:cs="Calibri Light"/>
                <w:i/>
                <w:sz w:val="22"/>
              </w:rPr>
              <w:t xml:space="preserve"> i nazwisko, </w:t>
            </w:r>
            <w:proofErr w:type="spellStart"/>
            <w:r w:rsidRPr="00D63383">
              <w:rPr>
                <w:rFonts w:ascii="Calibri Light" w:hAnsi="Calibri Light" w:cs="Calibri Light"/>
                <w:i/>
                <w:sz w:val="22"/>
              </w:rPr>
              <w:t>funkcja</w:t>
            </w:r>
            <w:proofErr w:type="spellEnd"/>
            <w:r w:rsidRPr="00D63383">
              <w:rPr>
                <w:rFonts w:ascii="Calibri Light" w:hAnsi="Calibri Light" w:cs="Calibri Light"/>
                <w:i/>
                <w:sz w:val="22"/>
              </w:rPr>
              <w:t>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FB4630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69C084AA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AF66E9" w14:paraId="0C5DA7A9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0451000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Osoba do kontaktu w sprawie inicjatywy</w:t>
            </w:r>
          </w:p>
          <w:p w14:paraId="0483B0D0" w14:textId="77777777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Imię i nazwisko, telefon, e-mail.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22C2C0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0F961984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  <w:tr w:rsidR="00676BA3" w:rsidRPr="00AF66E9" w14:paraId="25E28326" w14:textId="77777777">
        <w:trPr>
          <w:cantSplit/>
          <w:jc w:val="center"/>
        </w:trPr>
        <w:tc>
          <w:tcPr>
            <w:tcW w:w="3515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FF5B58A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Krótka charakterystyka podmiotu</w:t>
            </w:r>
          </w:p>
          <w:p w14:paraId="1042635A" w14:textId="77777777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Napisz krótko, czym zajmuje się organizacja, w szczególności jakie działania prowadzi na rzecz młodzieży lub społeczności lokalnej.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EA1CAE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795B26C2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38EAE1BB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</w:tbl>
    <w:p w14:paraId="7DCE15D4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  <w:lang w:val="pl-PL"/>
        </w:rPr>
      </w:pPr>
    </w:p>
    <w:p w14:paraId="2CB71C68" w14:textId="07C985E5" w:rsidR="0050777C" w:rsidRPr="0050777C" w:rsidRDefault="00000000" w:rsidP="0050777C">
      <w:pPr>
        <w:rPr>
          <w:rFonts w:ascii="Calibri Light" w:hAnsi="Calibri Light" w:cs="Calibri Light"/>
          <w:b/>
          <w:sz w:val="24"/>
          <w:szCs w:val="24"/>
        </w:rPr>
      </w:pPr>
      <w:r w:rsidRPr="0050777C">
        <w:rPr>
          <w:rFonts w:ascii="Calibri Light" w:hAnsi="Calibri Light" w:cs="Calibri Light"/>
          <w:b/>
          <w:sz w:val="24"/>
          <w:szCs w:val="24"/>
        </w:rPr>
        <w:t>II. OPIS INICJATYWY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6236"/>
      </w:tblGrid>
      <w:tr w:rsidR="00676BA3" w:rsidRPr="00D63383" w14:paraId="4EC6D309" w14:textId="77777777" w:rsidTr="00260376">
        <w:trPr>
          <w:cantSplit/>
          <w:jc w:val="center"/>
        </w:trPr>
        <w:tc>
          <w:tcPr>
            <w:tcW w:w="362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C4D1E05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Tytuł inicjatywy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858832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AF66E9" w14:paraId="140D263E" w14:textId="77777777" w:rsidTr="00260376">
        <w:trPr>
          <w:cantSplit/>
          <w:jc w:val="center"/>
        </w:trPr>
        <w:tc>
          <w:tcPr>
            <w:tcW w:w="362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C9AD730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Okres realizacji</w:t>
            </w:r>
          </w:p>
          <w:p w14:paraId="1B3E1AE4" w14:textId="77777777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Od ………………… do ………………… . Realizacja może rozpocząć się po podpisaniu umowy i musi zakończyć się nie później niż 26.02.2027 r.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9A5720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</w:tc>
      </w:tr>
      <w:tr w:rsidR="00676BA3" w:rsidRPr="00AF66E9" w14:paraId="350A8DEB" w14:textId="77777777" w:rsidTr="00260376">
        <w:trPr>
          <w:cantSplit/>
          <w:jc w:val="center"/>
        </w:trPr>
        <w:tc>
          <w:tcPr>
            <w:tcW w:w="362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780D42A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Miejsce realizacji</w:t>
            </w:r>
          </w:p>
          <w:p w14:paraId="04583F94" w14:textId="77777777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Podaj miejscowość/miejscowości i gminę/gminy. Inicjatywa musi być realizowana na obszarze LGD RAZEM.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8BCEF5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368F5DB4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  <w:tr w:rsidR="00676BA3" w:rsidRPr="00D63383" w14:paraId="59907CFC" w14:textId="77777777" w:rsidTr="00260376">
        <w:trPr>
          <w:cantSplit/>
          <w:jc w:val="center"/>
        </w:trPr>
        <w:tc>
          <w:tcPr>
            <w:tcW w:w="362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0F34DCE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Grupa docelowa / odbiorcy</w:t>
            </w:r>
          </w:p>
          <w:p w14:paraId="40FCC515" w14:textId="0092F8EF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 xml:space="preserve">Podaj liczbę uczestników, ich wiek oraz krótko opisz, do kogo kierowana jest inicjatywa. </w:t>
            </w:r>
            <w:r w:rsidRPr="00D63383">
              <w:rPr>
                <w:rFonts w:ascii="Calibri Light" w:hAnsi="Calibri Light" w:cs="Calibri Light"/>
                <w:i/>
                <w:sz w:val="22"/>
              </w:rPr>
              <w:t xml:space="preserve">Inicjatywa </w:t>
            </w:r>
            <w:proofErr w:type="spellStart"/>
            <w:r w:rsidRPr="00D63383">
              <w:rPr>
                <w:rFonts w:ascii="Calibri Light" w:hAnsi="Calibri Light" w:cs="Calibri Light"/>
                <w:i/>
                <w:sz w:val="22"/>
              </w:rPr>
              <w:t>musi</w:t>
            </w:r>
            <w:proofErr w:type="spellEnd"/>
            <w:r w:rsidRPr="00D63383">
              <w:rPr>
                <w:rFonts w:ascii="Calibri Light" w:hAnsi="Calibri Light" w:cs="Calibri Light"/>
                <w:i/>
                <w:sz w:val="22"/>
              </w:rPr>
              <w:t xml:space="preserve"> </w:t>
            </w:r>
            <w:proofErr w:type="spellStart"/>
            <w:r w:rsidRPr="00D63383">
              <w:rPr>
                <w:rFonts w:ascii="Calibri Light" w:hAnsi="Calibri Light" w:cs="Calibri Light"/>
                <w:i/>
                <w:sz w:val="22"/>
              </w:rPr>
              <w:t>być</w:t>
            </w:r>
            <w:proofErr w:type="spellEnd"/>
            <w:r w:rsidRPr="00D63383">
              <w:rPr>
                <w:rFonts w:ascii="Calibri Light" w:hAnsi="Calibri Light" w:cs="Calibri Light"/>
                <w:i/>
                <w:sz w:val="22"/>
              </w:rPr>
              <w:t xml:space="preserve"> </w:t>
            </w:r>
            <w:proofErr w:type="spellStart"/>
            <w:r w:rsidRPr="00D63383">
              <w:rPr>
                <w:rFonts w:ascii="Calibri Light" w:hAnsi="Calibri Light" w:cs="Calibri Light"/>
                <w:i/>
                <w:sz w:val="22"/>
              </w:rPr>
              <w:t>skierowana</w:t>
            </w:r>
            <w:proofErr w:type="spellEnd"/>
            <w:r w:rsidRPr="00D63383">
              <w:rPr>
                <w:rFonts w:ascii="Calibri Light" w:hAnsi="Calibri Light" w:cs="Calibri Light"/>
                <w:i/>
                <w:sz w:val="22"/>
              </w:rPr>
              <w:t xml:space="preserve"> do </w:t>
            </w:r>
            <w:proofErr w:type="spellStart"/>
            <w:r w:rsidRPr="00D63383">
              <w:rPr>
                <w:rFonts w:ascii="Calibri Light" w:hAnsi="Calibri Light" w:cs="Calibri Light"/>
                <w:i/>
                <w:sz w:val="22"/>
              </w:rPr>
              <w:t>młodzieży</w:t>
            </w:r>
            <w:proofErr w:type="spellEnd"/>
            <w:r w:rsidRPr="00D63383">
              <w:rPr>
                <w:rFonts w:ascii="Calibri Light" w:hAnsi="Calibri Light" w:cs="Calibri Light"/>
                <w:i/>
                <w:sz w:val="22"/>
              </w:rPr>
              <w:t xml:space="preserve"> w </w:t>
            </w:r>
            <w:proofErr w:type="spellStart"/>
            <w:r w:rsidRPr="00D63383">
              <w:rPr>
                <w:rFonts w:ascii="Calibri Light" w:hAnsi="Calibri Light" w:cs="Calibri Light"/>
                <w:i/>
                <w:sz w:val="22"/>
              </w:rPr>
              <w:t>wieku</w:t>
            </w:r>
            <w:proofErr w:type="spellEnd"/>
            <w:r w:rsidRPr="00D63383">
              <w:rPr>
                <w:rFonts w:ascii="Calibri Light" w:hAnsi="Calibri Light" w:cs="Calibri Light"/>
                <w:i/>
                <w:sz w:val="22"/>
              </w:rPr>
              <w:t xml:space="preserve"> 16</w:t>
            </w:r>
            <w:r w:rsidR="007016A5">
              <w:rPr>
                <w:rFonts w:ascii="Calibri Light" w:hAnsi="Calibri Light" w:cs="Calibri Light"/>
                <w:i/>
                <w:sz w:val="22"/>
              </w:rPr>
              <w:t>-</w:t>
            </w:r>
            <w:r w:rsidRPr="00D63383">
              <w:rPr>
                <w:rFonts w:ascii="Calibri Light" w:hAnsi="Calibri Light" w:cs="Calibri Light"/>
                <w:i/>
                <w:sz w:val="22"/>
              </w:rPr>
              <w:t>25 lat.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218A2D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6DBEA820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4644D447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</w:tbl>
    <w:p w14:paraId="1717BD8B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676BA3" w:rsidRPr="00AF66E9" w14:paraId="7DC22913" w14:textId="77777777">
        <w:trPr>
          <w:jc w:val="center"/>
        </w:trPr>
        <w:tc>
          <w:tcPr>
            <w:tcW w:w="997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4CF49DA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1. Aktywne zaangażowanie młodzieży w przygotowanie i realizację inicjatywy</w:t>
            </w:r>
          </w:p>
          <w:p w14:paraId="1F50E732" w14:textId="2C797FE3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 xml:space="preserve">Opisz, w jaki sposób młodzież była zaangażowana w powstanie pomysłu i zaplanowanie działań oraz jak będzie aktywnie współtworzyć i realizować inicjatywę. Wskaż konkretne zadania i odpowiedzialności młodych osób </w:t>
            </w:r>
            <w:r w:rsidR="007016A5">
              <w:rPr>
                <w:rFonts w:ascii="Calibri Light" w:hAnsi="Calibri Light" w:cs="Calibri Light"/>
                <w:i/>
                <w:sz w:val="22"/>
                <w:lang w:val="pl-PL"/>
              </w:rPr>
              <w:t>-</w:t>
            </w: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 xml:space="preserve"> nie tylko udział jako odbiorców.</w:t>
            </w:r>
          </w:p>
        </w:tc>
      </w:tr>
      <w:tr w:rsidR="00676BA3" w:rsidRPr="00AF66E9" w14:paraId="5458AC86" w14:textId="77777777">
        <w:trPr>
          <w:jc w:val="center"/>
        </w:trPr>
        <w:tc>
          <w:tcPr>
            <w:tcW w:w="997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AEBBC9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7666C77D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5FFFEC7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781F53FD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64E60B0B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684281D5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5A7BA43D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</w:tbl>
    <w:p w14:paraId="68DF6DE3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676BA3" w:rsidRPr="00AF66E9" w14:paraId="09CB5153" w14:textId="77777777">
        <w:trPr>
          <w:jc w:val="center"/>
        </w:trPr>
        <w:tc>
          <w:tcPr>
            <w:tcW w:w="997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879C2B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lastRenderedPageBreak/>
              <w:t>2. Adekwatność inicjatywy do potrzeb młodzieży</w:t>
            </w:r>
          </w:p>
          <w:p w14:paraId="137EFD62" w14:textId="4E53796B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Opisz, na jakie rzeczywiste potrzeby i zainteresowania młodzieży w wieku 16</w:t>
            </w:r>
            <w:r w:rsidR="007016A5">
              <w:rPr>
                <w:rFonts w:ascii="Calibri Light" w:hAnsi="Calibri Light" w:cs="Calibri Light"/>
                <w:i/>
                <w:sz w:val="22"/>
                <w:lang w:val="pl-PL"/>
              </w:rPr>
              <w:t>-</w:t>
            </w: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25 lat odpowiada inicjatywa. Wskaż, skąd wiecie, że taka potrzeba istnieje i w jaki sposób zaplanowane działania na nią odpowiadają.</w:t>
            </w:r>
          </w:p>
        </w:tc>
      </w:tr>
      <w:tr w:rsidR="00676BA3" w:rsidRPr="00AF66E9" w14:paraId="2EF98012" w14:textId="77777777">
        <w:trPr>
          <w:jc w:val="center"/>
        </w:trPr>
        <w:tc>
          <w:tcPr>
            <w:tcW w:w="997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FBA3E2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6BCB00EC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65EF462F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27645B02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50041EB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491B14CB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</w:tbl>
    <w:p w14:paraId="34B30197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676BA3" w:rsidRPr="00D63383" w14:paraId="245E244C" w14:textId="77777777">
        <w:trPr>
          <w:jc w:val="center"/>
        </w:trPr>
        <w:tc>
          <w:tcPr>
            <w:tcW w:w="997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250C988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3. Wpływ inicjatywy na młodzież i lokalną społeczność</w:t>
            </w:r>
          </w:p>
          <w:p w14:paraId="005051C8" w14:textId="77777777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 xml:space="preserve">Opisz, jakie zmiany i efekty przyniesie realizacja inicjatywy, w szczególności w zakresie integracji młodzieży, rozwijania aktywności społecznej, współpracy oraz większego zaangażowania młodych ludzi w życie lokalnej społeczności. </w:t>
            </w:r>
            <w:r w:rsidRPr="00D63383">
              <w:rPr>
                <w:rFonts w:ascii="Calibri Light" w:hAnsi="Calibri Light" w:cs="Calibri Light"/>
                <w:i/>
                <w:sz w:val="22"/>
              </w:rPr>
              <w:t>Wskaż również planowane rezultaty, które można opisać liczbowo.</w:t>
            </w:r>
          </w:p>
        </w:tc>
      </w:tr>
      <w:tr w:rsidR="00676BA3" w:rsidRPr="00D63383" w14:paraId="6287DF0D" w14:textId="77777777">
        <w:trPr>
          <w:jc w:val="center"/>
        </w:trPr>
        <w:tc>
          <w:tcPr>
            <w:tcW w:w="997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A34BC1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759E12A9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4C3EDEA5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22F04685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76CE2957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5E14E451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</w:tbl>
    <w:p w14:paraId="1184D795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</w:rPr>
      </w:pPr>
    </w:p>
    <w:p w14:paraId="6837173C" w14:textId="6100EE79" w:rsidR="00676BA3" w:rsidRPr="00D63383" w:rsidRDefault="00000000">
      <w:pPr>
        <w:spacing w:after="120"/>
        <w:ind w:left="113"/>
        <w:rPr>
          <w:rFonts w:ascii="Calibri Light" w:hAnsi="Calibri Light" w:cs="Calibri Light"/>
          <w:sz w:val="22"/>
          <w:lang w:val="pl-PL"/>
        </w:rPr>
      </w:pPr>
      <w:r w:rsidRPr="00D63383">
        <w:rPr>
          <w:rFonts w:ascii="Calibri Light" w:hAnsi="Calibri Light" w:cs="Calibri Light"/>
          <w:i/>
          <w:sz w:val="22"/>
          <w:lang w:val="pl-PL"/>
        </w:rPr>
        <w:t>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08"/>
        <w:gridCol w:w="2835"/>
        <w:gridCol w:w="2154"/>
        <w:gridCol w:w="1587"/>
      </w:tblGrid>
      <w:tr w:rsidR="007016A5" w:rsidRPr="00AF66E9" w14:paraId="10FB3D7E" w14:textId="77777777" w:rsidTr="009A1BC4">
        <w:trPr>
          <w:tblHeader/>
          <w:jc w:val="center"/>
        </w:trPr>
        <w:tc>
          <w:tcPr>
            <w:tcW w:w="9751" w:type="dxa"/>
            <w:gridSpan w:val="5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C9808E" w14:textId="77777777" w:rsidR="007016A5" w:rsidRPr="00AF66E9" w:rsidRDefault="007016A5" w:rsidP="007016A5">
            <w:pPr>
              <w:keepNext/>
              <w:spacing w:before="200" w:after="120"/>
              <w:rPr>
                <w:rFonts w:ascii="Calibri Light" w:hAnsi="Calibri Light" w:cs="Calibri Light"/>
                <w:sz w:val="22"/>
                <w:lang w:val="pl-PL"/>
              </w:rPr>
            </w:pPr>
            <w:r w:rsidRPr="00AF66E9">
              <w:rPr>
                <w:rFonts w:ascii="Calibri Light" w:hAnsi="Calibri Light" w:cs="Calibri Light"/>
                <w:b/>
                <w:sz w:val="22"/>
                <w:lang w:val="pl-PL"/>
              </w:rPr>
              <w:t>4. Jakość i realność zaplanowanych działań</w:t>
            </w:r>
          </w:p>
          <w:p w14:paraId="07924204" w14:textId="7C55B74D" w:rsidR="007016A5" w:rsidRPr="00AF66E9" w:rsidRDefault="007016A5" w:rsidP="007016A5">
            <w:pPr>
              <w:spacing w:after="0"/>
              <w:rPr>
                <w:rFonts w:ascii="Calibri Light" w:hAnsi="Calibri Light" w:cs="Calibri Light"/>
                <w:b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Przedstaw plan działań w sposób umożliwiający ocenę ich spójności, realności, dostosowania do odbiorców oraz możliwości wykonania w zaplanowanym czasie i budżecie</w:t>
            </w:r>
          </w:p>
        </w:tc>
      </w:tr>
      <w:tr w:rsidR="00676BA3" w:rsidRPr="00D63383" w14:paraId="4996DA5B" w14:textId="77777777">
        <w:trPr>
          <w:tblHeader/>
          <w:jc w:val="center"/>
        </w:trPr>
        <w:tc>
          <w:tcPr>
            <w:tcW w:w="56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834F1C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proofErr w:type="spellStart"/>
            <w:r w:rsidRPr="00D63383">
              <w:rPr>
                <w:rFonts w:ascii="Calibri Light" w:hAnsi="Calibri Light" w:cs="Calibri Light"/>
                <w:b/>
                <w:sz w:val="22"/>
              </w:rPr>
              <w:t>Lp</w:t>
            </w:r>
            <w:proofErr w:type="spellEnd"/>
            <w:r w:rsidRPr="00D63383">
              <w:rPr>
                <w:rFonts w:ascii="Calibri Light" w:hAnsi="Calibri Light" w:cs="Calibri Light"/>
                <w:b/>
                <w:sz w:val="22"/>
              </w:rPr>
              <w:t>.</w:t>
            </w:r>
          </w:p>
        </w:tc>
        <w:tc>
          <w:tcPr>
            <w:tcW w:w="26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7EB7BE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Planowane działanie</w:t>
            </w:r>
          </w:p>
        </w:tc>
        <w:tc>
          <w:tcPr>
            <w:tcW w:w="2835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5BD44F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Sposób realizacji</w:t>
            </w:r>
          </w:p>
        </w:tc>
        <w:tc>
          <w:tcPr>
            <w:tcW w:w="2154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EC9DD6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Kto będzie zaangażowany?</w:t>
            </w:r>
          </w:p>
        </w:tc>
        <w:tc>
          <w:tcPr>
            <w:tcW w:w="158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6FEAFD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Termin</w:t>
            </w:r>
          </w:p>
        </w:tc>
      </w:tr>
      <w:tr w:rsidR="00676BA3" w:rsidRPr="00D63383" w14:paraId="017DEF43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43A502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1.</w:t>
            </w:r>
          </w:p>
        </w:tc>
        <w:tc>
          <w:tcPr>
            <w:tcW w:w="26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E104D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756413E4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1B5BFB54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595C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610F4848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2254E852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1566D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673D55C2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370FDC3A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80745C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8FCDEB7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57F8DE88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34240EA3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508760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2.</w:t>
            </w:r>
          </w:p>
        </w:tc>
        <w:tc>
          <w:tcPr>
            <w:tcW w:w="26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643E5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9477B3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064EAA5A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9E91C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2A0834E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52DA20A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36DED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0B3CECFA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3B5BD80F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C9BDA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073E352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38E4948F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7A0E6055" w14:textId="77777777">
        <w:trPr>
          <w:cantSplit/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525123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3.</w:t>
            </w:r>
          </w:p>
        </w:tc>
        <w:tc>
          <w:tcPr>
            <w:tcW w:w="26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FA851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0E92E40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7CA02CC8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2E533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67FA8C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2A7A8634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B3D4D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7EB8698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319743F8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7574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017B7AD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  <w:p w14:paraId="792420E1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</w:tbl>
    <w:p w14:paraId="7F26AA7D" w14:textId="77777777" w:rsidR="00676BA3" w:rsidRPr="00D63383" w:rsidRDefault="00676BA3">
      <w:pPr>
        <w:rPr>
          <w:rFonts w:ascii="Calibri Light" w:hAnsi="Calibri Light" w:cs="Calibri Light"/>
          <w:sz w:val="22"/>
        </w:rPr>
      </w:pPr>
    </w:p>
    <w:p w14:paraId="3B92AFAA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676BA3" w:rsidRPr="00AF66E9" w14:paraId="4B0F3C4D" w14:textId="77777777">
        <w:trPr>
          <w:jc w:val="center"/>
        </w:trPr>
        <w:tc>
          <w:tcPr>
            <w:tcW w:w="997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569CDB9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lastRenderedPageBreak/>
              <w:t>5. Innowacyjność / oryginalność inicjatywy</w:t>
            </w:r>
          </w:p>
          <w:p w14:paraId="4705F831" w14:textId="77777777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Opisz, co jest ciekawego, oryginalnego lub niestandardowego w inicjatywie, w szczególności czy proponowane działania nie były dotychczas realizowane lub będą realizowane w nowej formule.</w:t>
            </w:r>
          </w:p>
        </w:tc>
      </w:tr>
      <w:tr w:rsidR="00676BA3" w:rsidRPr="00AF66E9" w14:paraId="49ECDDC4" w14:textId="77777777">
        <w:trPr>
          <w:jc w:val="center"/>
        </w:trPr>
        <w:tc>
          <w:tcPr>
            <w:tcW w:w="997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894146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0699D21B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561E07B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591AA9E8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6EF50C7C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</w:tbl>
    <w:p w14:paraId="1F0497A0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676BA3" w:rsidRPr="00AF66E9" w14:paraId="5FC79836" w14:textId="77777777">
        <w:trPr>
          <w:jc w:val="center"/>
        </w:trPr>
        <w:tc>
          <w:tcPr>
            <w:tcW w:w="9978" w:type="dxa"/>
            <w:shd w:val="clear" w:color="auto" w:fill="D9D9D9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E398C6D" w14:textId="77777777" w:rsidR="00676BA3" w:rsidRPr="00D63383" w:rsidRDefault="00000000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b/>
                <w:sz w:val="22"/>
                <w:lang w:val="pl-PL"/>
              </w:rPr>
              <w:t>6. Promocja LGD RAZEM</w:t>
            </w:r>
          </w:p>
          <w:p w14:paraId="50CCE705" w14:textId="0736940D" w:rsidR="00676BA3" w:rsidRPr="00D63383" w:rsidRDefault="00000000">
            <w:pPr>
              <w:spacing w:before="40" w:after="0"/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i/>
                <w:sz w:val="22"/>
                <w:lang w:val="pl-PL"/>
              </w:rPr>
              <w:t>Opisz planowane działania informacyjne i promocyjne zwiększające rozpoznawalność LGD RAZEM oraz informujące o finansowaniu inicjatywy. Możesz wskazać np. media społecznościowe, plakaty, materiały informacyjne, lokalne media lub informację podczas wydarzenia.</w:t>
            </w:r>
          </w:p>
        </w:tc>
      </w:tr>
      <w:tr w:rsidR="00676BA3" w:rsidRPr="00AF66E9" w14:paraId="698764F7" w14:textId="77777777">
        <w:trPr>
          <w:jc w:val="center"/>
        </w:trPr>
        <w:tc>
          <w:tcPr>
            <w:tcW w:w="997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2730F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  <w:lang w:val="pl-PL"/>
              </w:rPr>
            </w:pPr>
          </w:p>
          <w:p w14:paraId="058DB23F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27FBD7CE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0392C72A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  <w:p w14:paraId="30EF5B1E" w14:textId="77777777" w:rsidR="00676BA3" w:rsidRPr="00D63383" w:rsidRDefault="00000000">
            <w:pPr>
              <w:rPr>
                <w:rFonts w:ascii="Calibri Light" w:hAnsi="Calibri Light" w:cs="Calibri Light"/>
                <w:sz w:val="22"/>
                <w:lang w:val="pl-PL"/>
              </w:rPr>
            </w:pPr>
            <w:r w:rsidRPr="00D63383">
              <w:rPr>
                <w:rFonts w:ascii="Calibri Light" w:hAnsi="Calibri Light" w:cs="Calibri Light"/>
                <w:sz w:val="22"/>
                <w:lang w:val="pl-PL"/>
              </w:rPr>
              <w:t xml:space="preserve"> </w:t>
            </w:r>
          </w:p>
        </w:tc>
      </w:tr>
    </w:tbl>
    <w:p w14:paraId="0A39341F" w14:textId="77777777" w:rsidR="00676BA3" w:rsidRPr="00D63383" w:rsidRDefault="00676BA3">
      <w:pPr>
        <w:spacing w:after="0"/>
        <w:rPr>
          <w:rFonts w:ascii="Calibri Light" w:hAnsi="Calibri Light" w:cs="Calibri Light"/>
          <w:sz w:val="22"/>
          <w:lang w:val="pl-PL"/>
        </w:rPr>
      </w:pPr>
    </w:p>
    <w:p w14:paraId="4F913B50" w14:textId="77777777" w:rsidR="00676BA3" w:rsidRPr="00AF21B6" w:rsidRDefault="00000000">
      <w:pPr>
        <w:keepNext/>
        <w:spacing w:before="200" w:after="120"/>
        <w:rPr>
          <w:rFonts w:ascii="Calibri Light" w:hAnsi="Calibri Light" w:cs="Calibri Light"/>
          <w:sz w:val="24"/>
          <w:szCs w:val="24"/>
          <w:lang w:val="pl-PL"/>
        </w:rPr>
      </w:pPr>
      <w:r w:rsidRPr="00AF21B6">
        <w:rPr>
          <w:rFonts w:ascii="Calibri Light" w:hAnsi="Calibri Light" w:cs="Calibri Light"/>
          <w:b/>
          <w:sz w:val="24"/>
          <w:szCs w:val="24"/>
          <w:lang w:val="pl-PL"/>
        </w:rPr>
        <w:t>III. PLAN FINANSOWY INICJATYWY</w:t>
      </w:r>
    </w:p>
    <w:p w14:paraId="119D52CB" w14:textId="53DA74FD" w:rsidR="00676BA3" w:rsidRPr="00D63383" w:rsidRDefault="00000000">
      <w:pPr>
        <w:spacing w:after="120"/>
        <w:ind w:left="113"/>
        <w:rPr>
          <w:rFonts w:ascii="Calibri Light" w:hAnsi="Calibri Light" w:cs="Calibri Light"/>
          <w:sz w:val="22"/>
          <w:lang w:val="pl-PL"/>
        </w:rPr>
      </w:pPr>
      <w:r w:rsidRPr="00D63383">
        <w:rPr>
          <w:rFonts w:ascii="Calibri Light" w:hAnsi="Calibri Light" w:cs="Calibri Light"/>
          <w:i/>
          <w:sz w:val="22"/>
          <w:lang w:val="pl-PL"/>
        </w:rPr>
        <w:t xml:space="preserve">Maksymalna wartość </w:t>
      </w:r>
      <w:proofErr w:type="spellStart"/>
      <w:r w:rsidRPr="00D63383">
        <w:rPr>
          <w:rFonts w:ascii="Calibri Light" w:hAnsi="Calibri Light" w:cs="Calibri Light"/>
          <w:i/>
          <w:sz w:val="22"/>
          <w:lang w:val="pl-PL"/>
        </w:rPr>
        <w:t>MiniGrantu</w:t>
      </w:r>
      <w:proofErr w:type="spellEnd"/>
      <w:r w:rsidRPr="00D63383">
        <w:rPr>
          <w:rFonts w:ascii="Calibri Light" w:hAnsi="Calibri Light" w:cs="Calibri Light"/>
          <w:i/>
          <w:sz w:val="22"/>
          <w:lang w:val="pl-PL"/>
        </w:rPr>
        <w:t xml:space="preserve"> wynosi 3 000,00 zł.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154"/>
        <w:gridCol w:w="2948"/>
        <w:gridCol w:w="2381"/>
        <w:gridCol w:w="1996"/>
      </w:tblGrid>
      <w:tr w:rsidR="00676BA3" w:rsidRPr="00D63383" w14:paraId="43EEA65F" w14:textId="77777777">
        <w:trPr>
          <w:tblHeader/>
          <w:jc w:val="center"/>
        </w:trPr>
        <w:tc>
          <w:tcPr>
            <w:tcW w:w="51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7DEA58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proofErr w:type="spellStart"/>
            <w:r w:rsidRPr="00D63383">
              <w:rPr>
                <w:rFonts w:ascii="Calibri Light" w:hAnsi="Calibri Light" w:cs="Calibri Light"/>
                <w:b/>
                <w:sz w:val="22"/>
              </w:rPr>
              <w:t>Lp</w:t>
            </w:r>
            <w:proofErr w:type="spellEnd"/>
            <w:r w:rsidRPr="00D63383">
              <w:rPr>
                <w:rFonts w:ascii="Calibri Light" w:hAnsi="Calibri Light" w:cs="Calibri Light"/>
                <w:b/>
                <w:sz w:val="22"/>
              </w:rPr>
              <w:t>.</w:t>
            </w:r>
          </w:p>
        </w:tc>
        <w:tc>
          <w:tcPr>
            <w:tcW w:w="2154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941F71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Rodzaj wydatku</w:t>
            </w:r>
          </w:p>
        </w:tc>
        <w:tc>
          <w:tcPr>
            <w:tcW w:w="294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86F3FD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Powiązanie z działaniem / uzasadnienie</w:t>
            </w:r>
          </w:p>
        </w:tc>
        <w:tc>
          <w:tcPr>
            <w:tcW w:w="2381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4B04C2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Sposób kalkulacji ceny</w:t>
            </w:r>
          </w:p>
        </w:tc>
        <w:tc>
          <w:tcPr>
            <w:tcW w:w="1701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0243C4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Koszt brutto</w:t>
            </w:r>
          </w:p>
        </w:tc>
      </w:tr>
      <w:tr w:rsidR="00676BA3" w:rsidRPr="00D63383" w14:paraId="556038A7" w14:textId="77777777">
        <w:trPr>
          <w:cantSplit/>
          <w:jc w:val="center"/>
        </w:trPr>
        <w:tc>
          <w:tcPr>
            <w:tcW w:w="5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716134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1.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AAE7CC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0C8B6A22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9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358D7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73241CAC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CFA41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2EC96E8C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2D006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01131D85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0E92557D" w14:textId="77777777">
        <w:trPr>
          <w:cantSplit/>
          <w:jc w:val="center"/>
        </w:trPr>
        <w:tc>
          <w:tcPr>
            <w:tcW w:w="5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6A52FD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2.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EB037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69BB14EE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9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EDE7A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049DD5D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E19F7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53F7091F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25D5C9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11874C99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0BDEEAFF" w14:textId="77777777">
        <w:trPr>
          <w:cantSplit/>
          <w:jc w:val="center"/>
        </w:trPr>
        <w:tc>
          <w:tcPr>
            <w:tcW w:w="5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E64FF7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3.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66903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194746FF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9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7B733C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100B364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EE110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13D0592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B74F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0B926FFD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07CB9BDE" w14:textId="77777777">
        <w:trPr>
          <w:cantSplit/>
          <w:jc w:val="center"/>
        </w:trPr>
        <w:tc>
          <w:tcPr>
            <w:tcW w:w="5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E9E0F4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4.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7997B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1577B6F1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9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1E8F3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0427FB7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A71F9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1634190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6FE91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2DF0BE91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0B5CECBE" w14:textId="77777777">
        <w:trPr>
          <w:cantSplit/>
          <w:jc w:val="center"/>
        </w:trPr>
        <w:tc>
          <w:tcPr>
            <w:tcW w:w="5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27494C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5.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3C48B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540803D4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9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7B51B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B3BA586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9E1EA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7F6CBED9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279F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506D4780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37FE2B58" w14:textId="77777777">
        <w:trPr>
          <w:cantSplit/>
          <w:jc w:val="center"/>
        </w:trPr>
        <w:tc>
          <w:tcPr>
            <w:tcW w:w="5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F2F671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6.</w:t>
            </w:r>
          </w:p>
        </w:tc>
        <w:tc>
          <w:tcPr>
            <w:tcW w:w="21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4F01E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6DC890A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9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20BD1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290C19D5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3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47D01A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6E075979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0639B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8F9F378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2829DA1F" w14:textId="77777777">
        <w:trPr>
          <w:jc w:val="center"/>
        </w:trPr>
        <w:tc>
          <w:tcPr>
            <w:tcW w:w="7984" w:type="dxa"/>
            <w:gridSpan w:val="4"/>
            <w:shd w:val="clear" w:color="auto" w:fill="EFEFE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D1A643" w14:textId="77777777" w:rsidR="00676BA3" w:rsidRPr="00D63383" w:rsidRDefault="00000000">
            <w:pPr>
              <w:spacing w:after="0"/>
              <w:jc w:val="right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RAZEM KOSZTY (BRUTTO)</w:t>
            </w:r>
          </w:p>
        </w:tc>
        <w:tc>
          <w:tcPr>
            <w:tcW w:w="1996" w:type="dxa"/>
            <w:shd w:val="clear" w:color="auto" w:fill="EFEFE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E42346" w14:textId="77777777" w:rsidR="00676BA3" w:rsidRPr="00D63383" w:rsidRDefault="00676BA3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04FCD620" w14:textId="77777777">
        <w:trPr>
          <w:jc w:val="center"/>
        </w:trPr>
        <w:tc>
          <w:tcPr>
            <w:tcW w:w="7984" w:type="dxa"/>
            <w:gridSpan w:val="4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A198C0" w14:textId="77777777" w:rsidR="00676BA3" w:rsidRPr="00D63383" w:rsidRDefault="00000000">
            <w:pPr>
              <w:spacing w:after="0"/>
              <w:jc w:val="right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WNIOSKOWANA KWOTA MINIGRANTU</w:t>
            </w:r>
          </w:p>
        </w:tc>
        <w:tc>
          <w:tcPr>
            <w:tcW w:w="199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6DE527" w14:textId="77777777" w:rsidR="00676BA3" w:rsidRPr="00D63383" w:rsidRDefault="00676BA3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17D66BD" w14:textId="77777777" w:rsidR="00462A25" w:rsidRDefault="00462A25">
      <w:pPr>
        <w:keepNext/>
        <w:spacing w:before="200" w:after="120"/>
        <w:rPr>
          <w:rFonts w:ascii="Calibri Light" w:hAnsi="Calibri Light" w:cs="Calibri Light"/>
          <w:b/>
          <w:sz w:val="22"/>
        </w:rPr>
      </w:pPr>
    </w:p>
    <w:p w14:paraId="452A1E40" w14:textId="28550A6B" w:rsidR="00676BA3" w:rsidRPr="00D63383" w:rsidRDefault="00000000">
      <w:pPr>
        <w:keepNext/>
        <w:spacing w:before="200" w:after="120"/>
        <w:rPr>
          <w:rFonts w:ascii="Calibri Light" w:hAnsi="Calibri Light" w:cs="Calibri Light"/>
          <w:sz w:val="22"/>
        </w:rPr>
      </w:pPr>
      <w:r w:rsidRPr="00D63383">
        <w:rPr>
          <w:rFonts w:ascii="Calibri Light" w:hAnsi="Calibri Light" w:cs="Calibri Light"/>
          <w:b/>
          <w:sz w:val="22"/>
        </w:rPr>
        <w:t>IV. INFORMACJA O ZAŁĄCZNIKACH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540"/>
        <w:gridCol w:w="1587"/>
      </w:tblGrid>
      <w:tr w:rsidR="00676BA3" w:rsidRPr="00D63383" w14:paraId="7A5C0913" w14:textId="77777777">
        <w:trPr>
          <w:tblHeader/>
          <w:jc w:val="center"/>
        </w:trPr>
        <w:tc>
          <w:tcPr>
            <w:tcW w:w="56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D757D6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Lp.</w:t>
            </w:r>
          </w:p>
        </w:tc>
        <w:tc>
          <w:tcPr>
            <w:tcW w:w="7540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519DBD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Nazwa załącznika</w:t>
            </w:r>
          </w:p>
        </w:tc>
        <w:tc>
          <w:tcPr>
            <w:tcW w:w="158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1D0BD7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Liczba zał.</w:t>
            </w:r>
          </w:p>
        </w:tc>
      </w:tr>
      <w:tr w:rsidR="00676BA3" w:rsidRPr="00D63383" w14:paraId="0DDD966B" w14:textId="77777777">
        <w:trPr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D5132A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1.</w:t>
            </w:r>
          </w:p>
        </w:tc>
        <w:tc>
          <w:tcPr>
            <w:tcW w:w="75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4D1671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629AE9" w14:textId="77777777" w:rsidR="00676BA3" w:rsidRPr="00D63383" w:rsidRDefault="00676BA3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3F5A1C01" w14:textId="77777777">
        <w:trPr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E03C13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2.</w:t>
            </w:r>
          </w:p>
        </w:tc>
        <w:tc>
          <w:tcPr>
            <w:tcW w:w="75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6D5708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B0953E" w14:textId="77777777" w:rsidR="00676BA3" w:rsidRPr="00D63383" w:rsidRDefault="00676BA3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7241D6CF" w14:textId="77777777">
        <w:trPr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F119D7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3.</w:t>
            </w:r>
          </w:p>
        </w:tc>
        <w:tc>
          <w:tcPr>
            <w:tcW w:w="75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795840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3B4E92" w14:textId="77777777" w:rsidR="00676BA3" w:rsidRPr="00D63383" w:rsidRDefault="00676BA3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  <w:tr w:rsidR="00676BA3" w:rsidRPr="00D63383" w14:paraId="680FAEDD" w14:textId="77777777">
        <w:trPr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DAB4A1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4.</w:t>
            </w:r>
          </w:p>
        </w:tc>
        <w:tc>
          <w:tcPr>
            <w:tcW w:w="75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5075B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C065D6" w14:textId="77777777" w:rsidR="00676BA3" w:rsidRPr="00D63383" w:rsidRDefault="00676BA3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D6D61FD" w14:textId="77777777" w:rsidR="00462A25" w:rsidRDefault="00462A25">
      <w:pPr>
        <w:keepNext/>
        <w:spacing w:before="200" w:after="120"/>
        <w:rPr>
          <w:rFonts w:ascii="Calibri Light" w:hAnsi="Calibri Light" w:cs="Calibri Light"/>
          <w:b/>
          <w:sz w:val="24"/>
          <w:szCs w:val="24"/>
        </w:rPr>
      </w:pPr>
    </w:p>
    <w:p w14:paraId="3CB4323F" w14:textId="684F188A" w:rsidR="00676BA3" w:rsidRPr="00896452" w:rsidRDefault="00000000">
      <w:pPr>
        <w:keepNext/>
        <w:spacing w:before="200" w:after="120"/>
        <w:rPr>
          <w:rFonts w:ascii="Calibri Light" w:hAnsi="Calibri Light" w:cs="Calibri Light"/>
          <w:sz w:val="24"/>
          <w:szCs w:val="24"/>
        </w:rPr>
      </w:pPr>
      <w:r w:rsidRPr="00896452">
        <w:rPr>
          <w:rFonts w:ascii="Calibri Light" w:hAnsi="Calibri Light" w:cs="Calibri Light"/>
          <w:b/>
          <w:sz w:val="24"/>
          <w:szCs w:val="24"/>
        </w:rPr>
        <w:t>V. OŚWIADCZENIA</w:t>
      </w:r>
    </w:p>
    <w:p w14:paraId="67F86C2F" w14:textId="138BA98A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>Zapoznałam/em się z Regulaminem konkursu „MiniGranty LGD RAZEM na inicjatywy dla młodzieży” i</w:t>
      </w:r>
      <w:r w:rsidR="00C076CA">
        <w:rPr>
          <w:rFonts w:ascii="Calibri Light" w:hAnsi="Calibri Light" w:cs="Calibri Light"/>
          <w:sz w:val="22"/>
          <w:lang w:val="pl-PL"/>
        </w:rPr>
        <w:t> </w:t>
      </w:r>
      <w:r w:rsidRPr="00896452">
        <w:rPr>
          <w:rFonts w:ascii="Calibri Light" w:hAnsi="Calibri Light" w:cs="Calibri Light"/>
          <w:sz w:val="22"/>
          <w:lang w:val="pl-PL"/>
        </w:rPr>
        <w:t>akceptuję jego postanowienia.</w:t>
      </w:r>
    </w:p>
    <w:p w14:paraId="405B23FC" w14:textId="60F560D1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>Zapoznałam/em się z klauzulą informacyjną dotyczącą przetwarzania danych osobowych.</w:t>
      </w:r>
    </w:p>
    <w:p w14:paraId="03805D62" w14:textId="31DA40E9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 xml:space="preserve">Jestem osobą uprawnioną do reprezentowania wnioskodawcy, a w przypadku grupy nieformalnej </w:t>
      </w:r>
      <w:r w:rsidR="00896452" w:rsidRPr="00896452">
        <w:rPr>
          <w:rFonts w:ascii="Calibri Light" w:hAnsi="Calibri Light" w:cs="Calibri Light"/>
          <w:sz w:val="22"/>
          <w:lang w:val="pl-PL"/>
        </w:rPr>
        <w:t xml:space="preserve">- </w:t>
      </w:r>
      <w:r w:rsidRPr="00896452">
        <w:rPr>
          <w:rFonts w:ascii="Calibri Light" w:hAnsi="Calibri Light" w:cs="Calibri Light"/>
          <w:sz w:val="22"/>
          <w:lang w:val="pl-PL"/>
        </w:rPr>
        <w:t>wszyscy trzej przedstawiciele wskazani w formularzu posiadają pełną zdolność do czynności prawnych.</w:t>
      </w:r>
    </w:p>
    <w:p w14:paraId="6E8B1C1D" w14:textId="4AA8DB20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>Informacje zawarte w formularzu zgłoszeniowym i jego załącznikach są prawdziwe oraz zgodne ze stanem faktycznym i prawnym.</w:t>
      </w:r>
    </w:p>
    <w:p w14:paraId="69C2887B" w14:textId="308566C5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 xml:space="preserve">W przypadku przyznania </w:t>
      </w:r>
      <w:proofErr w:type="spellStart"/>
      <w:r w:rsidRPr="00896452">
        <w:rPr>
          <w:rFonts w:ascii="Calibri Light" w:hAnsi="Calibri Light" w:cs="Calibri Light"/>
          <w:sz w:val="22"/>
          <w:lang w:val="pl-PL"/>
        </w:rPr>
        <w:t>MiniGrantu</w:t>
      </w:r>
      <w:proofErr w:type="spellEnd"/>
      <w:r w:rsidRPr="00896452">
        <w:rPr>
          <w:rFonts w:ascii="Calibri Light" w:hAnsi="Calibri Light" w:cs="Calibri Light"/>
          <w:sz w:val="22"/>
          <w:lang w:val="pl-PL"/>
        </w:rPr>
        <w:t xml:space="preserve"> zobowiązuję się do realizacji inicjatywy zgodnie ze złożonym formularzem, zatwierdzonym budżetem, Regulaminem oraz zawartą umową.</w:t>
      </w:r>
    </w:p>
    <w:p w14:paraId="66FAD1F0" w14:textId="1A6423F6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 xml:space="preserve">Przyjmuję do wiadomości, że środki </w:t>
      </w:r>
      <w:proofErr w:type="spellStart"/>
      <w:r w:rsidRPr="00896452">
        <w:rPr>
          <w:rFonts w:ascii="Calibri Light" w:hAnsi="Calibri Light" w:cs="Calibri Light"/>
          <w:sz w:val="22"/>
          <w:lang w:val="pl-PL"/>
        </w:rPr>
        <w:t>MiniGrantu</w:t>
      </w:r>
      <w:proofErr w:type="spellEnd"/>
      <w:r w:rsidRPr="00896452">
        <w:rPr>
          <w:rFonts w:ascii="Calibri Light" w:hAnsi="Calibri Light" w:cs="Calibri Light"/>
          <w:sz w:val="22"/>
          <w:lang w:val="pl-PL"/>
        </w:rPr>
        <w:t xml:space="preserve"> nie są przekazywane realizatorowi, a zakupu oraz płatności dokonuje LGD RAZEM zgodnie z zatwierdzonym budżetem.</w:t>
      </w:r>
    </w:p>
    <w:p w14:paraId="3F54DCAC" w14:textId="70F7859F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>Inicjatywa nie zakłada pobierania opłat od uczestników oraz nie obejmuje zakupu środków trwałych ani wyposażenia.</w:t>
      </w:r>
    </w:p>
    <w:p w14:paraId="35A28F52" w14:textId="3685AE98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>W przypadku udziału osób małoletnich zobowiązuję się do zapewnienia realizacji inicjatywy zgodnie z</w:t>
      </w:r>
      <w:r w:rsidR="00C076CA">
        <w:rPr>
          <w:rFonts w:ascii="Calibri Light" w:hAnsi="Calibri Light" w:cs="Calibri Light"/>
          <w:sz w:val="22"/>
          <w:lang w:val="pl-PL"/>
        </w:rPr>
        <w:t> </w:t>
      </w:r>
      <w:r w:rsidRPr="00896452">
        <w:rPr>
          <w:rFonts w:ascii="Calibri Light" w:hAnsi="Calibri Light" w:cs="Calibri Light"/>
          <w:sz w:val="22"/>
          <w:lang w:val="pl-PL"/>
        </w:rPr>
        <w:t>obowiązującymi przepisami dotyczącymi ochrony małoletnich, jeżeli obowiązki te mają zastosowanie do realizowanej inicjatywy.</w:t>
      </w:r>
    </w:p>
    <w:p w14:paraId="386118A7" w14:textId="6D3C4C18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 xml:space="preserve">Zobowiązuję się do zapewnienia, aby wykorzystanie i przekazanie LGD RAZEM materiałów zawierających wizerunek uczestników odbywało się zgodnie z obowiązującymi przepisami oraz </w:t>
      </w:r>
      <w:r w:rsidR="00C076CA">
        <w:rPr>
          <w:rFonts w:ascii="Calibri Light" w:hAnsi="Calibri Light" w:cs="Calibri Light"/>
          <w:sz w:val="22"/>
          <w:lang w:val="pl-PL"/>
        </w:rPr>
        <w:t>-</w:t>
      </w:r>
      <w:r w:rsidRPr="00896452">
        <w:rPr>
          <w:rFonts w:ascii="Calibri Light" w:hAnsi="Calibri Light" w:cs="Calibri Light"/>
          <w:sz w:val="22"/>
          <w:lang w:val="pl-PL"/>
        </w:rPr>
        <w:t xml:space="preserve"> jeżeli jest to wymagane </w:t>
      </w:r>
      <w:r w:rsidR="00C076CA">
        <w:rPr>
          <w:rFonts w:ascii="Calibri Light" w:hAnsi="Calibri Light" w:cs="Calibri Light"/>
          <w:sz w:val="22"/>
          <w:lang w:val="pl-PL"/>
        </w:rPr>
        <w:t>-</w:t>
      </w:r>
      <w:r w:rsidRPr="00896452">
        <w:rPr>
          <w:rFonts w:ascii="Calibri Light" w:hAnsi="Calibri Light" w:cs="Calibri Light"/>
          <w:sz w:val="22"/>
          <w:lang w:val="pl-PL"/>
        </w:rPr>
        <w:t xml:space="preserve"> na podstawie odpowiednich zgód.</w:t>
      </w:r>
    </w:p>
    <w:p w14:paraId="7FFB8CAA" w14:textId="7B392A98" w:rsidR="00676BA3" w:rsidRPr="00896452" w:rsidRDefault="00000000" w:rsidP="00C076CA">
      <w:pPr>
        <w:pStyle w:val="Akapitzlist"/>
        <w:numPr>
          <w:ilvl w:val="0"/>
          <w:numId w:val="11"/>
        </w:numPr>
        <w:jc w:val="both"/>
        <w:rPr>
          <w:rFonts w:ascii="Calibri Light" w:hAnsi="Calibri Light" w:cs="Calibri Light"/>
          <w:sz w:val="22"/>
          <w:lang w:val="pl-PL"/>
        </w:rPr>
      </w:pPr>
      <w:r w:rsidRPr="00896452">
        <w:rPr>
          <w:rFonts w:ascii="Calibri Light" w:hAnsi="Calibri Light" w:cs="Calibri Light"/>
          <w:sz w:val="22"/>
          <w:lang w:val="pl-PL"/>
        </w:rPr>
        <w:t>Zobowiązuję się do współpracy z LGD RAZEM przy realizacji inicjatywy i dokonywaniu zakupów oraz do złożenia sprawozdania z realizacji inicjatywy w terminie określonym w Regulaminie.</w:t>
      </w:r>
    </w:p>
    <w:p w14:paraId="70505954" w14:textId="77777777" w:rsidR="00676BA3" w:rsidRPr="00896452" w:rsidRDefault="00000000" w:rsidP="00C076CA">
      <w:pPr>
        <w:keepNext/>
        <w:spacing w:before="200" w:after="120"/>
        <w:jc w:val="both"/>
        <w:rPr>
          <w:rFonts w:ascii="Calibri Light" w:hAnsi="Calibri Light" w:cs="Calibri Light"/>
          <w:sz w:val="24"/>
          <w:szCs w:val="24"/>
          <w:lang w:val="pl-PL"/>
        </w:rPr>
      </w:pPr>
      <w:r w:rsidRPr="00896452">
        <w:rPr>
          <w:rFonts w:ascii="Calibri Light" w:hAnsi="Calibri Light" w:cs="Calibri Light"/>
          <w:b/>
          <w:sz w:val="24"/>
          <w:szCs w:val="24"/>
          <w:lang w:val="pl-PL"/>
        </w:rPr>
        <w:t>VI. PODPISY</w:t>
      </w:r>
    </w:p>
    <w:p w14:paraId="557FEA38" w14:textId="1A1665E1" w:rsidR="00676BA3" w:rsidRPr="00D63383" w:rsidRDefault="00000000" w:rsidP="00462A25">
      <w:pPr>
        <w:spacing w:after="120"/>
        <w:ind w:left="113"/>
        <w:jc w:val="both"/>
        <w:rPr>
          <w:rFonts w:ascii="Calibri Light" w:hAnsi="Calibri Light" w:cs="Calibri Light"/>
          <w:sz w:val="22"/>
          <w:lang w:val="pl-PL"/>
        </w:rPr>
      </w:pPr>
      <w:r w:rsidRPr="00D63383">
        <w:rPr>
          <w:rFonts w:ascii="Calibri Light" w:hAnsi="Calibri Light" w:cs="Calibri Light"/>
          <w:i/>
          <w:sz w:val="22"/>
          <w:lang w:val="pl-PL"/>
        </w:rPr>
        <w:t>W przypadku organizacji pozarządowej formularz podpisują osoby uprawnione do reprezentacji zgodnie z</w:t>
      </w:r>
      <w:r w:rsidR="00462A25">
        <w:rPr>
          <w:rFonts w:ascii="Calibri Light" w:hAnsi="Calibri Light" w:cs="Calibri Light"/>
          <w:i/>
          <w:sz w:val="22"/>
          <w:lang w:val="pl-PL"/>
        </w:rPr>
        <w:t> </w:t>
      </w:r>
      <w:r w:rsidRPr="00D63383">
        <w:rPr>
          <w:rFonts w:ascii="Calibri Light" w:hAnsi="Calibri Light" w:cs="Calibri Light"/>
          <w:i/>
          <w:sz w:val="22"/>
          <w:lang w:val="pl-PL"/>
        </w:rPr>
        <w:t>właściwym rejestrem i statutem. W przypadku grupy nieformalnej podpis składają wszyscy trzej przedstawiciele wskazani w formularzu.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535"/>
        <w:gridCol w:w="4592"/>
      </w:tblGrid>
      <w:tr w:rsidR="00676BA3" w:rsidRPr="00D63383" w14:paraId="775644BD" w14:textId="77777777">
        <w:trPr>
          <w:jc w:val="center"/>
        </w:trPr>
        <w:tc>
          <w:tcPr>
            <w:tcW w:w="56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49462E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proofErr w:type="spellStart"/>
            <w:r w:rsidRPr="00D63383">
              <w:rPr>
                <w:rFonts w:ascii="Calibri Light" w:hAnsi="Calibri Light" w:cs="Calibri Light"/>
                <w:b/>
                <w:sz w:val="22"/>
              </w:rPr>
              <w:t>Lp</w:t>
            </w:r>
            <w:proofErr w:type="spellEnd"/>
            <w:r w:rsidRPr="00D63383">
              <w:rPr>
                <w:rFonts w:ascii="Calibri Light" w:hAnsi="Calibri Light" w:cs="Calibri Light"/>
                <w:b/>
                <w:sz w:val="22"/>
              </w:rPr>
              <w:t>.</w:t>
            </w:r>
          </w:p>
        </w:tc>
        <w:tc>
          <w:tcPr>
            <w:tcW w:w="4535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161266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Imię i nazwisko</w:t>
            </w:r>
          </w:p>
        </w:tc>
        <w:tc>
          <w:tcPr>
            <w:tcW w:w="4592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CCBC08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Czytelny podpis</w:t>
            </w:r>
          </w:p>
        </w:tc>
      </w:tr>
      <w:tr w:rsidR="00676BA3" w:rsidRPr="00D63383" w14:paraId="72945106" w14:textId="77777777">
        <w:trPr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97EB97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1.</w:t>
            </w:r>
          </w:p>
        </w:tc>
        <w:tc>
          <w:tcPr>
            <w:tcW w:w="453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35CD1C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90A6910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4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6D6600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12EEEA04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099CE78F" w14:textId="77777777">
        <w:trPr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F54E83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lastRenderedPageBreak/>
              <w:t>2.</w:t>
            </w:r>
          </w:p>
        </w:tc>
        <w:tc>
          <w:tcPr>
            <w:tcW w:w="453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D1D0D4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03453BAC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4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0EE31E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602BC121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  <w:tr w:rsidR="00676BA3" w:rsidRPr="00D63383" w14:paraId="53154252" w14:textId="77777777">
        <w:trPr>
          <w:jc w:val="center"/>
        </w:trPr>
        <w:tc>
          <w:tcPr>
            <w:tcW w:w="56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6C00E2" w14:textId="77777777" w:rsidR="00676BA3" w:rsidRPr="00D63383" w:rsidRDefault="00000000">
            <w:pPr>
              <w:spacing w:after="0"/>
              <w:jc w:val="center"/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b/>
                <w:sz w:val="22"/>
              </w:rPr>
              <w:t>3.</w:t>
            </w:r>
          </w:p>
        </w:tc>
        <w:tc>
          <w:tcPr>
            <w:tcW w:w="453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6AD730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3ACE144B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4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ED6282" w14:textId="77777777" w:rsidR="00676BA3" w:rsidRPr="00D63383" w:rsidRDefault="00676BA3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  <w:p w14:paraId="43E8BFDC" w14:textId="77777777" w:rsidR="00676BA3" w:rsidRPr="00D63383" w:rsidRDefault="00000000">
            <w:pPr>
              <w:rPr>
                <w:rFonts w:ascii="Calibri Light" w:hAnsi="Calibri Light" w:cs="Calibri Light"/>
                <w:sz w:val="22"/>
              </w:rPr>
            </w:pPr>
            <w:r w:rsidRPr="00D63383"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</w:tr>
    </w:tbl>
    <w:p w14:paraId="04239273" w14:textId="77777777" w:rsidR="00896452" w:rsidRDefault="00896452">
      <w:pPr>
        <w:spacing w:before="280"/>
        <w:rPr>
          <w:rFonts w:ascii="Calibri Light" w:hAnsi="Calibri Light" w:cs="Calibri Light"/>
          <w:sz w:val="22"/>
        </w:rPr>
      </w:pPr>
    </w:p>
    <w:p w14:paraId="57DD1C23" w14:textId="77777777" w:rsidR="00896452" w:rsidRDefault="00896452">
      <w:pPr>
        <w:spacing w:before="280"/>
        <w:rPr>
          <w:rFonts w:ascii="Calibri Light" w:hAnsi="Calibri Light" w:cs="Calibri Light"/>
          <w:sz w:val="22"/>
        </w:rPr>
      </w:pPr>
    </w:p>
    <w:p w14:paraId="719E371A" w14:textId="63B5FDF9" w:rsidR="00676BA3" w:rsidRPr="00D63383" w:rsidRDefault="00000000">
      <w:pPr>
        <w:spacing w:before="280"/>
        <w:rPr>
          <w:rFonts w:ascii="Calibri Light" w:hAnsi="Calibri Light" w:cs="Calibri Light"/>
          <w:sz w:val="22"/>
        </w:rPr>
      </w:pPr>
      <w:r w:rsidRPr="00D63383">
        <w:rPr>
          <w:rFonts w:ascii="Calibri Light" w:hAnsi="Calibri Light" w:cs="Calibri Light"/>
          <w:sz w:val="22"/>
        </w:rPr>
        <w:t>Miejscowość i data:  ..............................................................................................................</w:t>
      </w:r>
    </w:p>
    <w:sectPr w:rsidR="00676BA3" w:rsidRPr="00D63383" w:rsidSect="00034616">
      <w:headerReference w:type="default" r:id="rId8"/>
      <w:footerReference w:type="default" r:id="rId9"/>
      <w:pgSz w:w="11906" w:h="16838"/>
      <w:pgMar w:top="850" w:right="964" w:bottom="1020" w:left="964" w:header="283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1644" w14:textId="77777777" w:rsidR="00CF46C5" w:rsidRDefault="00CF46C5">
      <w:pPr>
        <w:spacing w:after="0" w:line="240" w:lineRule="auto"/>
      </w:pPr>
      <w:r>
        <w:separator/>
      </w:r>
    </w:p>
  </w:endnote>
  <w:endnote w:type="continuationSeparator" w:id="0">
    <w:p w14:paraId="379165A7" w14:textId="77777777" w:rsidR="00CF46C5" w:rsidRDefault="00CF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8ED8" w14:textId="5FF2BE4B" w:rsidR="00676BA3" w:rsidRDefault="00676B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5E2D" w14:textId="77777777" w:rsidR="00CF46C5" w:rsidRDefault="00CF46C5">
      <w:pPr>
        <w:spacing w:after="0" w:line="240" w:lineRule="auto"/>
      </w:pPr>
      <w:r>
        <w:separator/>
      </w:r>
    </w:p>
  </w:footnote>
  <w:footnote w:type="continuationSeparator" w:id="0">
    <w:p w14:paraId="7313C6C7" w14:textId="77777777" w:rsidR="00CF46C5" w:rsidRDefault="00CF4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926F" w14:textId="77777777" w:rsidR="00D63383" w:rsidRDefault="00D63383">
    <w:pPr>
      <w:pStyle w:val="Nagwek"/>
    </w:pPr>
  </w:p>
  <w:p w14:paraId="55B5940A" w14:textId="4B164267" w:rsidR="00D63383" w:rsidRDefault="00D63383">
    <w:pPr>
      <w:pStyle w:val="Nagwek"/>
    </w:pPr>
    <w:r>
      <w:rPr>
        <w:noProof/>
      </w:rPr>
      <w:drawing>
        <wp:inline distT="0" distB="0" distL="0" distR="0" wp14:anchorId="2FFE407C" wp14:editId="47FCB16F">
          <wp:extent cx="6156000" cy="626223"/>
          <wp:effectExtent l="0" t="0" r="0" b="0"/>
          <wp:docPr id="21139412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56000" cy="626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8E275E"/>
    <w:multiLevelType w:val="hybridMultilevel"/>
    <w:tmpl w:val="F98AB08A"/>
    <w:lvl w:ilvl="0" w:tplc="45180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E4260"/>
    <w:multiLevelType w:val="hybridMultilevel"/>
    <w:tmpl w:val="4BC8C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39068">
    <w:abstractNumId w:val="8"/>
  </w:num>
  <w:num w:numId="2" w16cid:durableId="1535146430">
    <w:abstractNumId w:val="6"/>
  </w:num>
  <w:num w:numId="3" w16cid:durableId="1676493840">
    <w:abstractNumId w:val="5"/>
  </w:num>
  <w:num w:numId="4" w16cid:durableId="1484077517">
    <w:abstractNumId w:val="4"/>
  </w:num>
  <w:num w:numId="5" w16cid:durableId="1233809385">
    <w:abstractNumId w:val="7"/>
  </w:num>
  <w:num w:numId="6" w16cid:durableId="462500776">
    <w:abstractNumId w:val="3"/>
  </w:num>
  <w:num w:numId="7" w16cid:durableId="942960473">
    <w:abstractNumId w:val="2"/>
  </w:num>
  <w:num w:numId="8" w16cid:durableId="971597623">
    <w:abstractNumId w:val="1"/>
  </w:num>
  <w:num w:numId="9" w16cid:durableId="1058020079">
    <w:abstractNumId w:val="0"/>
  </w:num>
  <w:num w:numId="10" w16cid:durableId="2076122870">
    <w:abstractNumId w:val="10"/>
  </w:num>
  <w:num w:numId="11" w16cid:durableId="19584896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B9F"/>
    <w:rsid w:val="00034616"/>
    <w:rsid w:val="0006063C"/>
    <w:rsid w:val="0015074B"/>
    <w:rsid w:val="001E59E3"/>
    <w:rsid w:val="00260376"/>
    <w:rsid w:val="0029639D"/>
    <w:rsid w:val="00326F90"/>
    <w:rsid w:val="003410DF"/>
    <w:rsid w:val="00377093"/>
    <w:rsid w:val="00462A25"/>
    <w:rsid w:val="0050777C"/>
    <w:rsid w:val="00676BA3"/>
    <w:rsid w:val="006D0808"/>
    <w:rsid w:val="007016A5"/>
    <w:rsid w:val="007D1E3E"/>
    <w:rsid w:val="00896452"/>
    <w:rsid w:val="00AA1D8D"/>
    <w:rsid w:val="00AF21B6"/>
    <w:rsid w:val="00AF66E9"/>
    <w:rsid w:val="00B47730"/>
    <w:rsid w:val="00BD439F"/>
    <w:rsid w:val="00C076CA"/>
    <w:rsid w:val="00CB0664"/>
    <w:rsid w:val="00CF46C5"/>
    <w:rsid w:val="00D55858"/>
    <w:rsid w:val="00D63383"/>
    <w:rsid w:val="00DE14A6"/>
    <w:rsid w:val="00E107B4"/>
    <w:rsid w:val="00EE43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0404D"/>
  <w14:defaultImageDpi w14:val="300"/>
  <w15:docId w15:val="{415AF908-E94B-4952-9B89-D01CEF95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920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Ewelina Ponikowska LGD</cp:lastModifiedBy>
  <cp:revision>5</cp:revision>
  <dcterms:created xsi:type="dcterms:W3CDTF">2026-08-12T11:19:00Z</dcterms:created>
  <dcterms:modified xsi:type="dcterms:W3CDTF">2026-08-14T09:30:00Z</dcterms:modified>
  <cp:category/>
</cp:coreProperties>
</file>